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גלובליזציה מעצימה שינויים בעולם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גלובליזציה ואילו תחומים היא משפיעה עליהם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גורמים שמאפשרים גלובליזציה ולהכיר מדדי גלובליות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לדון ביתרונות ובחסרונות של התהליך הגלובלי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תהליך שבו העולם נהיה מחובר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כלכלה, תרבות, סביבה ופוליטיקה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גלובליזציה משפיעה גם על תרבות, סביבה ופוליטיקה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תקשורת ותחבורה מתקדמות מקרבות בין מדינות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למשל בעיות זיהום סביבתי חוצה גבולות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מחובר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מדדי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(מאפשרים תקשורת ותחבורה מהירה בין מדינות)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(סחר חוץ וחברות רב לאומיות גדלים)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(שילוב תרבות גלובלית ומקומית)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(זיהום שעובר בין מדינות)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תשובות אפשריות: בגדים מיובאים, אוכל בינלאומי, רשתות תקשורת, סדרות מחו״ל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חיבור בין מדינות/עולם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סבירה כמו שלט של רשת בינלאומית, מוצר מיובא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בעיה שנלמדה כמו זיהום, אובדן תרבות מקומית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לפתוח בדוגמאות מהכיתה עצמה - בגדים, טלפונים, אוכל - לפני הצגת ההגדרה הפורמלית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לייחד זמן לדיון בדילמה של יתרונות מול חסרונות הגלובליזציה בעבודה בקבוצות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 skip_n מתאימים להשמטה בגרסה המותאמת לחינוך 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גלובליזציה מעצימה שינויים בעולם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גלובליזציה היא תהליך שבו מדינות ואנשים בעולם הופכים מחוברים יותר בכלכלה, בתרבות, בסביבה ובפוליטיקה. ביחידה זו לומדים איך מזהים את התהליך, מה מאפשר אותו ומה המחירים 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מחובר  ·  מדדי  ·  נופים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גלובליזציה?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תהליך שבו העולם נהיה מחובר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חוק בינלאומי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מלחמה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אילו תחומים מושפעים מגלובליזציה?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כלכלה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רק תרבות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כלכלה, תרבות, סביבה ופוליטיקה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גלובליזציה משפיעה רק על כלכלה ולא על תרבות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התקדמות הטכנולוגיה עוזרת לתהליך הגלובליזציה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לגלובליזציה יש גם מחירים ובעיות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גלובליזציה היא תהליך שבו העולם נעשה מקום אחד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גלובליים הם סימנים בשטח שמעידים על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__________ גלובליות מודדים כמה מדינה מחוברת לעולם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גורמים טכנולוגיים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סחר חוץ וחברות רב לאומיות גדלים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השלכות כלכליות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זיהום שעובר בין מדינות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עולמקומיות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מאפשרים תקשורת ותחבורה מהירה בין מדינות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בעיה סביבתית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שילוב תרבות גלובלית ומקומית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חשיבה ודיון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שתי דוגמאות לדברים בחיי היומיום שלכם שמראים גלובליזציה (למשל מוצרים, אוכל, תקשורת)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גלובליזציה במילה אחת או שתיים?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לנוף גלובלי שראיתם בסביבה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גלובליזציה מעצימה שינויים בעולם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