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ואילו תחומים היא משפיעה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שמאפשרים גלובליזציה ולהכיר מדדי גלובליות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ביתרונות ובחסרונות של התהליך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העולם נהיה מחובר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כלכלה, תרבות, סביבה ופוליטיקה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בשטח שמראה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כלי שמודד כמה מדינה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שילוב בין גלובלי למקומי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סביבה ופוליטיקה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תקשורת ותחבורה מתקדמות מקרבות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בעיות זיהום סביבתי חוצה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זיהום יכול לעבור בין מדינות דרך אוויר 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תאגידים רב לאומיים פועלים בהרבה מדינות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גלוקליות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(מאפשרים תקשורת ותחבורה מהירה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(סחר חוץ וחברות רב לאומיות גדלים)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(שילוב תרבות גלובלית ומקומית)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(זיהום שעובר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(כלי למדידת רמת החיבור של מדינה לעולם)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בגדים מיובאים, אוכל בינלאומי, רשתות תקשורת, סדרות מחו״ל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יתרון: קשר בין תרבויות וסחר. חיסרון: זיהום חוצה גבולות או אובדן תרבות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זיהום אוויר ממפעלים - פתרון: הסכמים בינלאומיים לצמצום פליטות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 בין מדינות/עולם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שלט של רשת בינלאומית, מוצר מיובא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בעיה שנלמדה כמו זיהום, אובדן תרבות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בדוגמאות מהכיתה עצמה - בגדים, טלפונים, אוכל - לפני הצגת ההגדרה הפורמלית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לדיון בדילמה של יתרונות מול חסרונות הגלובליזציה בעבודה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היא תהליך שבו מדינות ואנשים בעולם הופכים מחוברים יותר בכלכלה, בתרבות, בסביבה ובפוליטיקה. ביחידה זו לומדים איך מזהים את התהליך, מה מאפשר אותו ומה המחירים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העולם נהיה מחובר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בינלאומי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של בידוד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תחומים מושפעים מגלובליזציה?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כלכלה, תרבות, סביבה ופוליטיקה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נוף גלobalי?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בשטח שמראה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מדד גלובליות?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שמודד כמה מדינה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גלוקליות?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 גלובלית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תרבות מקומית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בין גלובלי למקומי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היעדר תרבות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התקדמות הטכנולוגיה עוזרת לתהליך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לגלובליזציה יש גם מחירים ובעיות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זיהום סביבתי תמיד נשאר בתוך גבולות המדינה שיצרה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תאגידים רב לאומיים פועלים רק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גלובליזציה היא תהליך שבו העולם נעשה מקום אחד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גלובליים הם סימנים בשטח שמעידים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גלובליות מודדים כמה מדינה מחוברת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שילוב בין תרבות גלובלית למקומית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חברה גדולה שפועלת בהרבה מדינות נקראת תאגיד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זיהום שעובר בין מדינות נקרא זיהום __________ גבולות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גורמים טכנולוגיים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תרבות גלובלית ומקומית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השלכות כלכליות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מאפשרים תקשורת ותחבורה מהירה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זיהום שעובר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 סביבתית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למדידת רמת החיבור של מדינה לעולם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גלובליות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סחר חוץ וחברות רב לאומיות גדלים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לדברים בחיי היומיום שלכם שמראים גלובליזציה (למשל מוצרים, אוכל, תקשורת)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מהו יתרון ומהו חיסרון אחד של גלובליזציה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דוגמה לבעיה סביבתית שנגרמת בגלל גלובליזציה והציעו דרך אחת להתמודד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לנוף גלובלי שראיתם בסביבה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מחיר אחד של גלובליזציה שלמדתם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מעצימה שינויים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